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התאריכים והמושגים המרכזיים של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וחשיבה דרך חידות וטקסטים קצרים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ערכי החג לחוויה אישית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מתי זה כסליו? לוח השנה והתאריכים – זיהוי תאריכים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א׳ 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מתי זה כסליו? לוח השנה והתאריכים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- כ״ה בכסליו הוא תמיד תחילת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ראש חודש כסליו חל בשני ימים - ל׳ בחשוון וא׳ בכסליו.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מתי זה כסליו? לוח השנה והתאריכים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מתי זה כסליו? לוח השנה והתאריכים – התאמת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(ראש 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(ערב חנוכה, נר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א׳ של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(היום השמיני והאחרון של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 הבנות)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 ומה קורה בו –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 בתוך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 ומה קורה בו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 ומה קורה בו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כסליו הוא חודש בעונת החורף, ואז יורדים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מדליקים נרות שמאירים בימים הקצרים והחשוכים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תשובות אפשריות: חורף, קשת, גשם, אור,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וסביבון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וסביבון – אותיות הסביבון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(בחוץ לארץ))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(פה (בארץ ישראל))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וסביבון – סדר 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גזרו גזרות נגד שמירת המצוות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 החשמונאים בראשות מתתיהו יצאה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וטיהרו מחדש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פך שמן טהור שהספיק להדלקה של יום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ימים, ולזכר הנס מדליקים חנוכייה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מילת החודש, ערכים ומן המקורות – היכרות עם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מילת החודש, ערכים ומן המקורות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מילת החודש, ערכים ומן המקורות – התאמת ערכים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(ציפייה לדבר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(אירוע מיוחד ויוצא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(היכולת להתמודד עם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(לדאוג אחד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מילת החודש, ערכים ומן המקורות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ערבות הדדית פירושה לדאוג זה לזה ולעזור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היה צריך אומץ כדי להילחם למען החירות והאמונה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 קשורה לחינוך ולחנוכת בית המקדש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חידות ופינת האור שלי –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פינת החידות בלוח – דש שמרימים כדי לבדוק את הפתרון.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בפינת 'האור שלי' כותבים משאלה, מילה טובה וגם מעשה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עיצוב הפינה – חנוכייה גדולה שעליה כותבים על הלהבות.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נהוג – מוסיפים להבה בכל יום מימי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ופינת האור שלי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ופינת האור שלי – התאמת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ופינת האור שלי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חנוכה נקרא חג האור וכל ילד/ה מוסיף/ה אור משלו/ה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בונים את הלוח יחד –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A3 מתאים ללוח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מדביקים את המסגרות והפינות, כי הן קובעות את הגבולות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את הלוח יחד – מיקום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להבות שטרם הודבקו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תאריך נכון מתוך לוח השנה שבדף (כ״ד/כ״ה בכסליו)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הקושר בין הנס, הנרות והחושך של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למילים שנלמדו בפרק המקורות והחידות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תאריכים ומושגים, סיפור ומילים, חידות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להקריא את משפטי המקורות ולפשט אותם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לשלב כתיבה אישית בהשראת פינת האור שלי כמשימת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שזקוק לתמיכה נוספת אפשר להיעזר במילים עם ניקוד ובתמונות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תרגילים על כל מה שמככב בלוח הכיתתי של כסליו: תאריכים, מילים, סיפור החג וחידות. אפשר לעבוד לפי סדר הפרקים, פרק אחד בכל שיעור, ולבדוק את עצמכם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מתי זה כסליו? לוח השנה והתאריכים – זיהוי תאריכים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בחודש כסליו תשפ״ז לפי לוח השנה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בשבוע חל ערב חנוכה, הדלקת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יום בחודש חל ראש חודש כסליו (היום השני שלו)?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כ״ד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כ״ה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ל׳ כסליו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מתי זה כסליו? לוח השנה והתאריכים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כ״ה בכסליו הוא היום הראשון של חג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 נחגג יום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מתי זה כסליו? לוח השנה והתאריכים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ערב חנוכה והדלקת הנר הראשון חלים בכ״ד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הבנות נחגג יחד עם ראש חודש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מתי זה כסליו? לוח השנה והתאריכים – התאמת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א׳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הבנות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כ״ד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א׳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כ״ה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היום השמיני והאחרון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ב׳ בטבת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א׳ בטבת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ערב חנוכה, נר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 זה כסליו ומה קורה בו –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חודש כסליו מגיע מיד אחרי 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חג חל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הרעיון המרכזי שקשור לחנוכה ולחודש כסליו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בתוך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 בתוך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 בתוך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בתוך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 זה כסליו ומה קורה בו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הגשם הראשון של עונת החורף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האחרון בסוף עונת הגשמים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כסליו מתחילה בארץ ישראל עונת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חנוכה מסמל את הרעיון של אור המנצח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 זה כסליו ומה קורה בו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אחד: למה בחודש כסליו יורד גשם?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אומרים שחנוכה הוא חג של אור בתוך חושך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שמתארות את חודש כסליו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חנוכה, מנהגים וסביבון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מאכל אוכלים בחנוכה כי הוא מטוגן בשמן?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להדליק בחנוכייה בכל ערב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הבדלה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אבוקה אחת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משחק משחקים בחנוכה עם אותיות על כל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חנוכה, מנהגים וסביבון – אותיות הסביבון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פה (בארץ ישראל)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(בחוץ לארץ)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חנוכה, מנהגים וסביבון – סדר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ימים, ולזכר הנס מדליקים חנוכייה שמונה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ניצחו וטיהרו מחדש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גזרו גזרות נגד שמירת המצוות ולימוד 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החשמונאים בראשות מתתיהו יצאה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פך שמן טהור שהספיק להדלקה של יום אחד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מילת החודש, ערכים ומן המקורות – היכרות עם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שייכת למשפחת השורש א־ו־ר?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השורש נ־ר?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השורש ח־נ־ך?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הערך שמתאר ציפייה לטוב שיבוא?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ערבות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מילת החודש, ערכים ומן המקורות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מילים מהשורש א־ו־ר הן למשל __________ ומאור.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מהשורש נ־ר הן למשל נר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מילת החודש, ערכים ומן המקורות – התאמת ערכים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ציפייה לדבר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לדאוג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אירוע מיוחד ויוצא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להתמודד עם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מילת החודש, ערכים ומן המקורות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נכון או לא נכון: ערבות הדדית פירושה שכל אחד דואג רק לעצמו.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שמחבר בין הערך 'אומץ' לסיפור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הקשר בין המילה חנוכה לשורש ח־נ־ך.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חידות ופינת האור שלי –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יש דש, ותחתיו מסתתרת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'האור שלי' כותבים רק משאלה, ואין מקום למילה טובה או מעשה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'האור שלי' יש חנוכייה גדולה עם להבות לכתיבה.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חג החנוכה אפשר להוסיף להבה אחת ללוח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חידות ופינת האור שלי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בפינת החידות מרימים __________ כדי לראות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בפינת 'האור שלי' כותבים משאלה, מילה טובה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הכלי שבו מדליקים נרות בחנוכה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ופינת האור שלי – התאמת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קטן ועגול, מסתובב על השולחן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מאכל מתוק ומטוגן שאוכלים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שמדליקים בו נרות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הימים של חג החנוכה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ופינת האור שלי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הפינה בלוח נקראת דווקא 'האור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חנוכה נקרא חג האור וכל ילד/ה מוסיף/ה אור משלו/ה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צריך להדליק שם נר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זו הפינה הכי בהירה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בונים את הלוח יחד –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ללוח קטן, עד כ-120 ס״מ, מומלץ להדפיס בגודל A4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הראשון שמדביקים ללוח הוא אותיות הכותרת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בונים את הלוח יחד – מיקום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התרשים, היכן נמצאים לוח החודש והחנוכייה?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בשורה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במרכז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בצד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שומרים במעטפה מיוחדת כשמרכיבים את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להבות שטרם הודבקו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לומר באיזה תאריך עברי חל ראש חנוכה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למה חנוכה נקרא חג האורים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פתרתי לפחות שתי חידות מפינת החידות בלי עזרה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