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התאריכים והמושגים המרכזיים של חודש כסליו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סביב משפחות המילים אור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קריאה, הבנה וחשיבה דרך חידות וטקסטים קצרים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ערכי החג לחוויה אישית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מתי זה כסליו? לוח השנה והתאריכים – זיהוי תאריכים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ו׳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מתי זה כסליו? לוח השנה והתאריכים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בלוח - כ״ה בכסליו הוא תמיד תחילת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ראש חודש כסליו חל בשני ימים - ל׳ בחשוון וא׳ בכסליו.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מתי זה כסליו? לוח השנה והתאריכים – השלמת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מתי זה כסליו? לוח השנה והתאריכים – התאמת תאריך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(ערב חנוכה, נר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(יום א׳ של 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 זה כסליו ומה קורה בו – מאפייני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 זה כסליו ומה קורה בו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 זה כסליו ומה קורה בו – חושבים וכותבים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חנוכה, מנהגים וסביבון – זיהוי מנהגים ומאכלים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נר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חנוכה, מנהגים וסביבון – אותיות הסביבון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חנוכה, מנהגים וסביבון – סדר סיפור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גזרו גזרות נגד שמירת המצוות ולימוד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 החשמונאים בראשות מתתיהו יצאה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היהודים ניצחו וטיהרו מחדש את 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מילת החודש, ערכים ומן המקורות – היכרות עם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מילת החודש, ערכים ומן המקורות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מילת החודש, ערכים ומן המקורות – התאמת ערכים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(ההפך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(ציפייה לדבר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(לדאוג אחד לשני)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מילת החודש, ערכים ומן המקורות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חידות ופינת האור שלי –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פינת החידות בלוח – דש שמרימים כדי לבדוק את הפתרון.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בפינת 'האור שלי' כותבים משאלה, מילה טובה וגם מעשה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עיצוב הפינה – חנוכייה גדולה שעליה כותבים על הלהבות.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חידות ופינת האור שלי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ופינת האור שלי – התאמת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(חנוכייה)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ופינת האור שלי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בונים את הלוח יחד –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A3 מתאים ללוח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מדביקים את המסגרות והפינות, כי הן קובעות את הגבולות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בונים את הלוח יחד – מיקום הרכיבים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במרכז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להבות שטרם הודבקו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תאריך נכון מתוך לוח השנה שבדף (כ״ד/כ״ה בכסליו)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הקושר בין הנס, הנרות והחושך של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למילים שנלמדו בפרק המקורות והחידות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תאריכים ומושגים, סיפור ומילים, חידות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כדאי להקריא את משפטי המקורות ולפשט אותם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החוברת אפשר לשלב כתיבה אישית בהשראת פינת האור שלי כמשימת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שזקוק לתמיכה נוספת אפשר להיעזר במילים עם ניקוד ובתמונות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תמצאו תרגילים על כל מה שמככב בלוח הכיתתי של כסליו: תאריכים, מילים, סיפור החג וחידות. אפשר לעבוד לפי סדר הפרקים, פרק אחד בכל שיעור, ולבדוק את עצמכם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כסליו  ·  דש  ·  טבת  ·  מלקוש  ·  חנוכייה  ·  אור  ·  יורה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מתי זה כסליו? לוח השנה והתאריכים – זיהוי תאריכים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יש בחודש כסליו תשפ״ז לפי לוח השנה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יום בשבוע חל ערב חנוכה, הדלקת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מתי זה כסליו? לוח השנה והתאריכים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כ״ה בכסליו הוא היום הראשון של חג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חודש כסליו נחגג יום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מתי זה כסליו? לוח השנה והתאריכים – השלמת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ערב חנוכה והדלקת הנר הראשון חלים בכ״ד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חג הבנות נחגג יחד עם ראש חודש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מתי זה כסליו? לוח השנה והתאריכים – התאמת תאריך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א׳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ערב חנוכה, נר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כ״ד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יום א׳ של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כ״ה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ראש חודש כסליו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מה זה כסליו ומה קורה בו – מאפייני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חודש כסליו מגיע מיד אחרי איזה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מה זה כסליו ומה קורה בו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הגשם הראשון של עונת החורף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הגשם האחרון בסוף עונת הגשמים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מה זה כסליו ומה קורה בו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סיפור חנוכה, מנהגים וסביבון – זיהוי מנהגים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מאכל אוכלים בחנוכה כי הוא מטוגן בשמן?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חוגגים את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מוסיפים להדליק בחנוכייה בכל ערב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 הבדלה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אבוקה אחת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סיפור חנוכה, מנהגים וסביבון – אותיות הסביבון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סיפור חנוכה, מנהגים וסביבון – סדר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היהודים ניצחו וטיהרו מחדש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גזרו גזרות נגד שמירת המצוות ולימוד 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משפחת החשמונאים בראשות מתתיהו יצאה למרד נגד היוונים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מילת החודש, ערכים ומן המקורות – היכרות עם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שייכת למשפחת השורש א־ו־ר?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שייכת למשפחת השורש נ־ר?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שייכת למשפחת השורש ח־נ־ך?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מילת החודש, ערכים ומן המקורות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מילים מהשורש א־ו־ר הן למשל __________ ומאור.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מילת החודש, ערכים ומן המקורות – התאמת ערכים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לדאוג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ההפך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ציפייה לדבר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מילת החודש, ערכים ומן המקורות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חידות ופינת האור שלי –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החידות יש דש, ותחתיו מסתתרת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'האור שלי' כותבים רק משאלה, ואין מקום למילה טובה או מעשה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'האור שלי' יש חנוכייה גדולה עם להבות לכתיבה.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חידות ופינת האור שלי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בפינת החידות מרימים __________ כדי לראות את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הכלי שבו מדליקים נרות בחנוכה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חידות ופינת האור שלי – התאמת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קטן ועגול, מסתובב על השולחן בחנוכה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מאכל מתוק ומטוגן שאוכלים בחנוכה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כלי שמדליקים בו נרות שמונה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סופגנייה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חידות ופינת האור שלי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בונים את הלוח יחד –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ללוח קטן, עד כ-120 ס״מ, מומלץ להדפיס בגודל A4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הדבר הראשון שמדביקים ללוח הוא אותיות הכותרת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בונים את הלוח יחד – מיקום הרכיבים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התרשים, היכן נמצאים לוח החודש והחנוכייה?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בשורה העליונה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במרכז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שומרים במעטפה מיוחדת כשמרכיבים את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חידות עם 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להבות שטרם הודבקו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אותיות הכותרת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לומר באיזה תאריך עברי חל ראש חנוכה השנה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להסביר במילים שלי למה חנוכה נקרא חג האורים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